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15-minute quiz</w:t>
      </w:r>
    </w:p>
    <w:p>
      <w:r>
        <w:rPr>
          <w:i/>
        </w:rPr>
        <w:t>Ten multiple-choice and true/false questions for a quick in-class check.</w:t>
      </w:r>
    </w:p>
    <w:p>
      <w:r>
        <w:t>Question 1. Which number is even?</w:t>
      </w:r>
    </w:p>
    <w:p>
      <w:r>
        <w:t>A. 7</w:t>
      </w:r>
    </w:p>
    <w:p>
      <w:r>
        <w:t>*B. 12</w:t>
      </w:r>
    </w:p>
    <w:p>
      <w:r>
        <w:t>C. 15</w:t>
      </w:r>
    </w:p>
    <w:p>
      <w:r>
        <w:t>D. 21</w:t>
      </w:r>
    </w:p>
    <w:p>
      <w:r>
        <w:t>Question 2. What is 3/4 as a percentage?</w:t>
      </w:r>
    </w:p>
    <w:p>
      <w:r>
        <w:t>A. 34%</w:t>
      </w:r>
    </w:p>
    <w:p>
      <w:r>
        <w:t>B. 70%</w:t>
      </w:r>
    </w:p>
    <w:p>
      <w:r>
        <w:t>*C. 75%</w:t>
      </w:r>
    </w:p>
    <w:p>
      <w:r>
        <w:t>D. 80%</w:t>
      </w:r>
    </w:p>
    <w:p>
      <w:r>
        <w:t>Question 3. The angles of a triangle add up to 180°.</w:t>
      </w:r>
    </w:p>
    <w:p>
      <w:r>
        <w:t>A. True</w:t>
      </w:r>
    </w:p>
    <w:p>
      <w:r>
        <w:t>B. False</w:t>
      </w:r>
    </w:p>
    <w:p>
      <w:r>
        <w:t>Answer: A</w:t>
      </w:r>
    </w:p>
    <w:p>
      <w:r>
        <w:t>Question 4. What is the perimeter of a square with 5 cm sides?</w:t>
      </w:r>
    </w:p>
    <w:p>
      <w:r>
        <w:t>A. 10 cm</w:t>
      </w:r>
    </w:p>
    <w:p>
      <w:r>
        <w:t>*B. 20 cm</w:t>
      </w:r>
    </w:p>
    <w:p>
      <w:r>
        <w:t>C. 25 cm</w:t>
      </w:r>
    </w:p>
    <w:p>
      <w:r>
        <w:t>D. 30 cm</w:t>
      </w:r>
    </w:p>
    <w:p>
      <w:r>
        <w:t>Question 5. Zero is a positive integer.</w:t>
      </w:r>
    </w:p>
    <w:p>
      <w:r>
        <w:t>A. True</w:t>
      </w:r>
    </w:p>
    <w:p>
      <w:r>
        <w:t>B. False</w:t>
      </w:r>
    </w:p>
    <w:p>
      <w:r>
        <w:t>Answer: B</w:t>
      </w:r>
    </w:p>
    <w:p>
      <w:r>
        <w:t>Question 6. What is 2³?</w:t>
      </w:r>
    </w:p>
    <w:p>
      <w:r>
        <w:t>A. 6</w:t>
      </w:r>
    </w:p>
    <w:p>
      <w:r>
        <w:t>*B. 8</w:t>
      </w:r>
    </w:p>
    <w:p>
      <w:r>
        <w:t>C. 9</w:t>
      </w:r>
    </w:p>
    <w:p>
      <w:r>
        <w:t>D. 16</w:t>
      </w:r>
    </w:p>
    <w:p>
      <w:r>
        <w:t>Question 7. Which fraction equals 1/2?</w:t>
      </w:r>
    </w:p>
    <w:p>
      <w:r>
        <w:t>*A. 3/6</w:t>
      </w:r>
    </w:p>
    <w:p>
      <w:r>
        <w:t>B. 2/3</w:t>
      </w:r>
    </w:p>
    <w:p>
      <w:r>
        <w:t>C. 3/4</w:t>
      </w:r>
    </w:p>
    <w:p>
      <w:r>
        <w:t>D. 4/6</w:t>
      </w:r>
    </w:p>
    <w:p>
      <w:r>
        <w:t>Question 8. Every number divisible by 9 is divisible by 3.</w:t>
      </w:r>
    </w:p>
    <w:p>
      <w:r>
        <w:t>A. True</w:t>
      </w:r>
    </w:p>
    <w:p>
      <w:r>
        <w:t>B. False</w:t>
      </w:r>
    </w:p>
    <w:p>
      <w:r>
        <w:t>Answer: A</w:t>
      </w:r>
    </w:p>
    <w:p>
      <w:r>
        <w:t>Question 9. What is the area of a 6 m × 4 m rectangle?</w:t>
      </w:r>
    </w:p>
    <w:p>
      <w:r>
        <w:t>A. 10 m²</w:t>
      </w:r>
    </w:p>
    <w:p>
      <w:r>
        <w:t>B. 20 m²</w:t>
      </w:r>
    </w:p>
    <w:p>
      <w:r>
        <w:t>*C. 24 m²</w:t>
      </w:r>
    </w:p>
    <w:p>
      <w:r>
        <w:t>D. 48 m²</w:t>
      </w:r>
    </w:p>
    <w:p>
      <w:r>
        <w:t>Question 10. The number after 999 is 1,000.</w:t>
      </w:r>
    </w:p>
    <w:p>
      <w:r>
        <w:t>A. True</w:t>
      </w:r>
    </w:p>
    <w:p>
      <w:r>
        <w:t>B. False</w:t>
      </w:r>
    </w:p>
    <w:p>
      <w:r>
        <w:t>Answer: 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