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Test with an answer key at the end</w:t>
      </w:r>
    </w:p>
    <w:p>
      <w:r>
        <w:rPr>
          <w:i/>
        </w:rPr>
        <w:t>Answers are listed together after an "ANSWER KEY" line at the end.</w:t>
      </w:r>
    </w:p>
    <w:p>
      <w:r>
        <w:t>Question 1. What is the unit of electric current?</w:t>
      </w:r>
    </w:p>
    <w:p>
      <w:r>
        <w:t>A. Volt</w:t>
      </w:r>
    </w:p>
    <w:p>
      <w:r>
        <w:t>B. Ampere</w:t>
      </w:r>
    </w:p>
    <w:p>
      <w:r>
        <w:t>C. Ohm</w:t>
      </w:r>
    </w:p>
    <w:p>
      <w:r>
        <w:t>D. Watt</w:t>
      </w:r>
    </w:p>
    <w:p>
      <w:r>
        <w:t>Question 2. Which metal conducts electricity best?</w:t>
      </w:r>
    </w:p>
    <w:p>
      <w:r>
        <w:t>A. Iron</w:t>
      </w:r>
    </w:p>
    <w:p>
      <w:r>
        <w:t>B. Aluminium</w:t>
      </w:r>
    </w:p>
    <w:p>
      <w:r>
        <w:t>C. Silver</w:t>
      </w:r>
    </w:p>
    <w:p>
      <w:r>
        <w:t>D. Lead</w:t>
      </w:r>
    </w:p>
    <w:p>
      <w:r>
        <w:t>Question 3. What is the chemical formula of table salt?</w:t>
      </w:r>
    </w:p>
    <w:p>
      <w:r>
        <w:t>A. NaCl</w:t>
      </w:r>
    </w:p>
    <w:p>
      <w:r>
        <w:t>B. KCl</w:t>
      </w:r>
    </w:p>
    <w:p>
      <w:r>
        <w:t>C. CaCO3</w:t>
      </w:r>
    </w:p>
    <w:p>
      <w:r>
        <w:t>D. H2O</w:t>
      </w:r>
    </w:p>
    <w:p>
      <w:r>
        <w:t>Question 4. Sound cannot travel through…</w:t>
      </w:r>
    </w:p>
    <w:p>
      <w:r>
        <w:t>A. water</w:t>
      </w:r>
    </w:p>
    <w:p>
      <w:r>
        <w:t>B. air</w:t>
      </w:r>
    </w:p>
    <w:p>
      <w:r>
        <w:t>C. steel</w:t>
      </w:r>
    </w:p>
    <w:p>
      <w:r>
        <w:t>D. a vacuum</w:t>
      </w:r>
    </w:p>
    <w:p/>
    <w:p>
      <w:r>
        <w:t>ANSWER KEY</w:t>
      </w:r>
    </w:p>
    <w:p>
      <w:r>
        <w:t>1.B 2.C 3.A 4.D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