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sz w:val="30"/>
        </w:rPr>
        <w:t>IELTS Academic: all four skills</w:t>
      </w:r>
    </w:p>
    <w:p>
      <w:r>
        <w:rPr>
          <w:i/>
        </w:rPr>
        <w:t>One short sample part per skill. A real paper has 40 listening questions (4 sections), 40 reading questions (3 passages), 2 writing tasks and 3 speaking parts; add parts and questions the same way.</w:t>
      </w:r>
    </w:p>
    <w:p>
      <w:r>
        <w:t>[PART 1: LISTENING]</w:t>
      </w:r>
    </w:p>
    <w:p>
      <w:r>
        <w:t>[LISTENING] Section 1: Questions 1–3</w:t>
      </w:r>
    </w:p>
    <w:p>
      <w:r>
        <w:t>Audio: ielts-section-1.mp3</w:t>
      </w:r>
    </w:p>
    <w:p>
      <w:r>
        <w:t>Plays: 1</w:t>
      </w:r>
    </w:p>
    <w:p>
      <w:r>
        <w:t>Script:</w:t>
      </w:r>
    </w:p>
    <w:p>
      <w:r>
        <w:t>S1: Hello, I am calling about the evening cooking classes.</w:t>
      </w:r>
    </w:p>
    <w:p>
      <w:r>
        <w:t>S2: Of course. The next course starts on Tuesday and runs for six weeks.</w:t>
      </w:r>
    </w:p>
    <w:p>
      <w:r>
        <w:t>S1: How much does it cost?</w:t>
      </w:r>
    </w:p>
    <w:p>
      <w:r>
        <w:t>S2: It is 120 pounds, and that includes all the ingredients.</w:t>
      </w:r>
    </w:p>
    <w:p>
      <w:r>
        <w:t>Instructions: Complete the notes. Write ONE WORD AND/OR A NUMBER for each answer.</w:t>
      </w:r>
    </w:p>
    <w:p>
      <w:r>
        <w:t>Max words: 1</w:t>
      </w:r>
    </w:p>
    <w:p>
      <w:r>
        <w:t>Course starts on: [[Tuesday]]</w:t>
      </w:r>
    </w:p>
    <w:p>
      <w:r>
        <w:t>Length of course: [[six|6]] weeks</w:t>
      </w:r>
    </w:p>
    <w:p>
      <w:r>
        <w:t>Price: £[[120]]</w:t>
      </w:r>
    </w:p>
    <w:p>
      <w:r>
        <w:t>[END LISTENING]</w:t>
      </w:r>
    </w:p>
    <w:p>
      <w:r>
        <w:t>[PART 2: READING]</w:t>
      </w:r>
    </w:p>
    <w:p>
      <w:r>
        <w:t>[PASSAGE] Reading Passage 1: Why bees matter</w:t>
      </w:r>
    </w:p>
    <w:p>
      <w:r>
        <w:t>Instructions: Do the following statements agree with the information in the passage? Choose TRUE, FALSE or NOT GIVEN.</w:t>
      </w:r>
    </w:p>
    <w:p>
      <w:r>
        <w:t>Bees pollinate around a third of the crops that people eat. Since the 1990s, beekeepers in Europe and North America have reported large winter losses. Researchers point to several causes, including pesticides, parasites and the loss of wild flowers. Some farmers now plant strips of flowers beside their fields to support wild bees.</w:t>
      </w:r>
    </w:p>
    <w:p>
      <w:r>
        <w:t>Question 4. Bees pollinate most of the crops that people eat.</w:t>
      </w:r>
    </w:p>
    <w:p>
      <w:r>
        <w:t>A. True</w:t>
      </w:r>
    </w:p>
    <w:p>
      <w:r>
        <w:t>B. False</w:t>
      </w:r>
    </w:p>
    <w:p>
      <w:r>
        <w:t>C. Not Given</w:t>
      </w:r>
    </w:p>
    <w:p>
      <w:r>
        <w:t>Answer: B</w:t>
      </w:r>
    </w:p>
    <w:p>
      <w:r>
        <w:t>Question 5. Pesticides are one possible cause of bee losses.</w:t>
      </w:r>
    </w:p>
    <w:p>
      <w:r>
        <w:t>A. True</w:t>
      </w:r>
    </w:p>
    <w:p>
      <w:r>
        <w:t>B. False</w:t>
      </w:r>
    </w:p>
    <w:p>
      <w:r>
        <w:t>C. Not Given</w:t>
      </w:r>
    </w:p>
    <w:p>
      <w:r>
        <w:t>Answer: A</w:t>
      </w:r>
    </w:p>
    <w:p>
      <w:r>
        <w:t>Question 6. Flower strips have doubled the number of wild bees.</w:t>
      </w:r>
    </w:p>
    <w:p>
      <w:r>
        <w:t>A. True</w:t>
      </w:r>
    </w:p>
    <w:p>
      <w:r>
        <w:t>B. False</w:t>
      </w:r>
    </w:p>
    <w:p>
      <w:r>
        <w:t>C. Not Given</w:t>
      </w:r>
    </w:p>
    <w:p>
      <w:r>
        <w:t>Answer: C</w:t>
      </w:r>
    </w:p>
    <w:p>
      <w:r>
        <w:t>[END PASSAGE]</w:t>
      </w:r>
    </w:p>
    <w:p>
      <w:r>
        <w:t>[PART 3: WRITING]</w:t>
      </w:r>
    </w:p>
    <w:p>
      <w:r>
        <w:t>[WRITING] Writing Task 1</w:t>
      </w:r>
    </w:p>
    <w:p>
      <w:r>
        <w:t>Min words: 150</w:t>
      </w:r>
    </w:p>
    <w:p>
      <w:r>
        <w:t>The chart below shows the number of visitors to three museums in London between 2015 and 2020. Summarise the information by selecting and reporting the main features, and make comparisons where relevant.</w:t>
      </w:r>
    </w:p>
    <w:p>
      <w:r>
        <w:t>[END WRITING]</w:t>
      </w:r>
    </w:p>
    <w:p>
      <w:r>
        <w:t>[WRITING] Writing Task 2</w:t>
      </w:r>
    </w:p>
    <w:p>
      <w:r>
        <w:t>Min words: 250</w:t>
      </w:r>
    </w:p>
    <w:p>
      <w:r>
        <w:t>Some people believe that university education should be free for everyone. To what extent do you agree or disagree?</w:t>
      </w:r>
    </w:p>
    <w:p>
      <w:r>
        <w:t>[END WRITING]</w:t>
      </w:r>
    </w:p>
    <w:p>
      <w:r>
        <w:t>[PART 4: SPEAKING]</w:t>
      </w:r>
    </w:p>
    <w:p>
      <w:r>
        <w:t>[SPEAKING] Part 1</w:t>
      </w:r>
    </w:p>
    <w:p>
      <w:r>
        <w:t>Speak: 30</w:t>
      </w:r>
    </w:p>
    <w:p>
      <w:r>
        <w:t>Question 7. Do you work or are you a student?</w:t>
      </w:r>
    </w:p>
    <w:p>
      <w:r>
        <w:t>Question 8. What do you like to do in your free time?</w:t>
      </w:r>
    </w:p>
    <w:p>
      <w:r>
        <w:t>[END SPEAKING]</w:t>
      </w:r>
    </w:p>
    <w:p>
      <w:r>
        <w:t>[SPEAKING] Part 2</w:t>
      </w:r>
    </w:p>
    <w:p>
      <w:r>
        <w:t>Prep: 60</w:t>
      </w:r>
    </w:p>
    <w:p>
      <w:r>
        <w:t>Speak: 120</w:t>
      </w:r>
    </w:p>
    <w:p>
      <w:r>
        <w:t>Describe a book you enjoyed reading. You should say what the book was, when you read it, what it was about and explain why you enjoyed it.</w:t>
      </w:r>
    </w:p>
    <w:p>
      <w:r>
        <w:t>[END SPEAKING]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6"/>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