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rPr>
          <w:b/>
          <w:sz w:val="30"/>
        </w:rPr>
        <w:t>Listening, writing and speaking</w:t>
      </w:r>
    </w:p>
    <w:p>
      <w:r>
        <w:rPr>
          <w:i/>
        </w:rPr>
        <w:t>Listening goes between [LISTENING] and [END LISTENING]. A Word file cannot carry audio, so after importing, upload the mp3 file (or generate audio from the script) in the editor. A [WRITING] or [SPEAKING] block without numbered questions is one task.</w:t>
      </w:r>
    </w:p>
    <w:p>
      <w:r>
        <w:t>[LISTENING] Part 1: Booking a hotel room</w:t>
      </w:r>
    </w:p>
    <w:p>
      <w:r>
        <w:t>Audio: part-1.mp3</w:t>
      </w:r>
    </w:p>
    <w:p>
      <w:r>
        <w:t>Plays: 2</w:t>
      </w:r>
    </w:p>
    <w:p>
      <w:r>
        <w:t>Script:</w:t>
      </w:r>
    </w:p>
    <w:p>
      <w:r>
        <w:t>S1: Good morning, Riverside Hotel. How can I help you?</w:t>
      </w:r>
    </w:p>
    <w:p>
      <w:r>
        <w:t>S2: Hi, I would like to book a double room for two nights, from the 14th of May.</w:t>
      </w:r>
    </w:p>
    <w:p>
      <w:r>
        <w:t>S1: Certainly. Could I have your surname, please?</w:t>
      </w:r>
    </w:p>
    <w:p>
      <w:r>
        <w:t>S2: It is Parker, P-A-R-K-E-R.</w:t>
      </w:r>
    </w:p>
    <w:p>
      <w:r>
        <w:t>Instructions: Listen and choose the correct answer.</w:t>
      </w:r>
    </w:p>
    <w:p>
      <w:r>
        <w:t>Question 1. What kind of room does the woman want?</w:t>
      </w:r>
    </w:p>
    <w:p>
      <w:r>
        <w:t>A. A single room</w:t>
      </w:r>
    </w:p>
    <w:p>
      <w:r>
        <w:t>*B. A double room</w:t>
      </w:r>
    </w:p>
    <w:p>
      <w:r>
        <w:t>C. A family room</w:t>
      </w:r>
    </w:p>
    <w:p>
      <w:r>
        <w:t>[END LISTENING]</w:t>
      </w:r>
    </w:p>
    <w:p>
      <w:r>
        <w:t>[LISTENING] Part 2: Notes</w:t>
      </w:r>
    </w:p>
    <w:p>
      <w:r>
        <w:t>Audio: part-2.mp3</w:t>
      </w:r>
    </w:p>
    <w:p>
      <w:r>
        <w:t>Max words: 1</w:t>
      </w:r>
    </w:p>
    <w:p>
      <w:r>
        <w:t>Script: S1: The guest name is Parker and she will arrive on the 14th of May.</w:t>
      </w:r>
    </w:p>
    <w:p>
      <w:r>
        <w:t>Guest surname: [[Parker]]</w:t>
      </w:r>
    </w:p>
    <w:p>
      <w:r>
        <w:t>Arrival date: [[14th May|14 May]]</w:t>
      </w:r>
    </w:p>
    <w:p>
      <w:r>
        <w:t>[END LISTENING]</w:t>
      </w:r>
    </w:p>
    <w:p>
      <w:r>
        <w:t>[WRITING] Letter</w:t>
      </w:r>
    </w:p>
    <w:p>
      <w:r>
        <w:t>Min words: 120</w:t>
      </w:r>
    </w:p>
    <w:p>
      <w:r>
        <w:t>Max words: 150</w:t>
      </w:r>
    </w:p>
    <w:p>
      <w:r>
        <w:t>You stayed at a hotel last week and left your jacket in the room. Write an email to the hotel manager. Say when you stayed, describe the jacket and explain how you would like to get it back.</w:t>
      </w:r>
    </w:p>
    <w:p>
      <w:r>
        <w:t>[END WRITING]</w:t>
      </w:r>
    </w:p>
    <w:p>
      <w:r>
        <w:t>[SPEAKING] Part 1: Introduction</w:t>
      </w:r>
    </w:p>
    <w:p>
      <w:r>
        <w:t>Prep: 0</w:t>
      </w:r>
    </w:p>
    <w:p>
      <w:r>
        <w:t>Speak: 30</w:t>
      </w:r>
    </w:p>
    <w:p>
      <w:r>
        <w:t>Question 4. Where do you live?</w:t>
      </w:r>
    </w:p>
    <w:p>
      <w:r>
        <w:t>Question 5. What do you usually do at the weekend?</w:t>
      </w:r>
    </w:p>
    <w:p>
      <w:r>
        <w:t>[END SPEAKING]</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Times New Roman" w:hAnsi="Times New Roman"/>
      <w:sz w:val="26"/>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