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sz w:val="30"/>
        </w:rPr>
        <w:t>Multiple-choice test</w:t>
      </w:r>
    </w:p>
    <w:p>
      <w:r>
        <w:rPr>
          <w:i/>
        </w:rPr>
        <w:t>Single-answer, multiple-answer and true/false questions. Replace the questions and keep the numbering and answer marks.</w:t>
      </w:r>
    </w:p>
    <w:p>
      <w:r>
        <w:t>Question 1. What is the capital of France?</w:t>
      </w:r>
    </w:p>
    <w:p>
      <w:r>
        <w:t>A. Lyon</w:t>
      </w:r>
    </w:p>
    <w:p>
      <w:r>
        <w:t>B. Paris</w:t>
      </w:r>
    </w:p>
    <w:p>
      <w:r>
        <w:t>C. Nice</w:t>
      </w:r>
    </w:p>
    <w:p>
      <w:r>
        <w:t>D. Lille</w:t>
      </w:r>
    </w:p>
    <w:p>
      <w:r>
        <w:t>Answer: B</w:t>
      </w:r>
    </w:p>
    <w:p/>
    <w:p>
      <w:r>
        <w:t>Question 2. Which planet is the largest in the Solar System?</w:t>
      </w:r>
    </w:p>
    <w:p>
      <w:r>
        <w:t>A. Earth</w:t>
      </w:r>
    </w:p>
    <w:p>
      <w:r>
        <w:t>*B. Jupiter</w:t>
      </w:r>
    </w:p>
    <w:p>
      <w:r>
        <w:t>C. Mars</w:t>
      </w:r>
    </w:p>
    <w:p>
      <w:r>
        <w:t>D. Venus</w:t>
      </w:r>
    </w:p>
    <w:p/>
    <w:p>
      <w:r>
        <w:t>Question 3. What is 12 × 3?</w:t>
      </w:r>
    </w:p>
    <w:p>
      <w:r>
        <w:t>A. 32</w:t>
      </w:r>
    </w:p>
    <w:p>
      <w:r>
        <w:rPr>
          <w:color w:val="C00000"/>
        </w:rPr>
        <w:t>B. 36</w:t>
      </w:r>
    </w:p>
    <w:p>
      <w:r>
        <w:t>C. 38</w:t>
      </w:r>
    </w:p>
    <w:p>
      <w:r>
        <w:t>D. 42</w:t>
      </w:r>
    </w:p>
    <w:p/>
    <w:p>
      <w:r>
        <w:t>Question 4. Which of these numbers are prime?</w:t>
      </w:r>
    </w:p>
    <w:p>
      <w:r>
        <w:t>A. 2</w:t>
      </w:r>
    </w:p>
    <w:p>
      <w:r>
        <w:t>B. 9</w:t>
      </w:r>
    </w:p>
    <w:p>
      <w:r>
        <w:t>C. 11</w:t>
      </w:r>
    </w:p>
    <w:p>
      <w:r>
        <w:t>D. 15</w:t>
      </w:r>
    </w:p>
    <w:p>
      <w:r>
        <w:t>Answer: A, C</w:t>
      </w:r>
    </w:p>
    <w:p/>
    <w:p>
      <w:r>
        <w:t>Question 5. Water is a compound of hydrogen and oxygen.</w:t>
      </w:r>
    </w:p>
    <w:p>
      <w:r>
        <w:t>A. True</w:t>
      </w:r>
    </w:p>
    <w:p>
      <w:r>
        <w:t>B. False</w:t>
      </w:r>
    </w:p>
    <w:p>
      <w:r>
        <w:t>Answer: A</w:t>
      </w:r>
    </w:p>
    <w:p/>
    <w:p>
      <w:r>
        <w:t>Question 6. At what temperature does water boil at 1 atm?</w:t>
      </w:r>
    </w:p>
    <w:p>
      <w:r>
        <w:t>A. 90 °C</w:t>
      </w:r>
    </w:p>
    <w:p>
      <w:r>
        <w:t>B. 100 °C</w:t>
      </w:r>
    </w:p>
    <w:p>
      <w:r>
        <w:t>C. 110 °C</w:t>
      </w:r>
    </w:p>
    <w:p>
      <w:r>
        <w:t>D. 120 °C</w:t>
      </w:r>
    </w:p>
    <w:p>
      <w:r>
        <w:t>Answer: B</w:t>
      </w:r>
    </w:p>
    <w:p>
      <w:r>
        <w:t>Explanation: At standard pressure, water boils at 100 °C.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/>
      <w:sz w:val="26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