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[&lt;DE&gt;]: What is the capital of Vietnam?</w:t>
      </w:r>
    </w:p>
    <w:p>
      <w:r>
        <w:t xml:space="preserve">[&lt;$&gt;] </w:t>
      </w:r>
      <w:r>
        <w:rPr>
          <w:color w:val="C00000"/>
        </w:rPr>
        <w:t>Hanoi</w:t>
      </w:r>
    </w:p>
    <w:p>
      <w:r>
        <w:t>[&lt;$&gt;] Hue</w:t>
      </w:r>
    </w:p>
    <w:p>
      <w:r>
        <w:t>[&lt;$&gt;] Da Nang</w:t>
      </w:r>
    </w:p>
    <w:p>
      <w:r>
        <w:t>[&lt;$&gt;] Can Tho</w:t>
      </w:r>
    </w:p>
    <w:p>
      <w:r>
        <w:t>[&lt;br&gt;]</w:t>
      </w:r>
    </w:p>
    <w:p>
      <w:r>
        <w:t>[&lt;TB&gt;]: What is 12 × 3?</w:t>
      </w:r>
    </w:p>
    <w:p>
      <w:r>
        <w:t>[&lt;$&gt;] 32</w:t>
      </w:r>
    </w:p>
    <w:p>
      <w:r>
        <w:t xml:space="preserve">[&lt;$&gt;] </w:t>
      </w:r>
      <w:r>
        <w:rPr>
          <w:color w:val="C00000"/>
        </w:rPr>
        <w:t>36</w:t>
      </w:r>
    </w:p>
    <w:p>
      <w:r>
        <w:t>[&lt;$&gt;] 38</w:t>
      </w:r>
    </w:p>
    <w:p>
      <w:r>
        <w:t>[&lt;$&gt;] 42</w:t>
      </w:r>
    </w:p>
    <w:p>
      <w:r>
        <w:t>[&lt;br&gt;]</w:t>
      </w:r>
    </w:p>
    <w:p>
      <w:r>
        <w:t>[&lt;KH&gt;]: Which number is divisible by both 3 and 5?</w:t>
      </w:r>
    </w:p>
    <w:p>
      <w:r>
        <w:t>[&lt;$&gt;] 25</w:t>
      </w:r>
    </w:p>
    <w:p>
      <w:r>
        <w:t>[&lt;$&gt;] 33</w:t>
      </w:r>
    </w:p>
    <w:p>
      <w:r>
        <w:t xml:space="preserve">[&lt;$&gt;] </w:t>
      </w:r>
      <w:r>
        <w:rPr>
          <w:color w:val="C00000"/>
        </w:rPr>
        <w:t>45</w:t>
      </w:r>
    </w:p>
    <w:p>
      <w:r>
        <w:t>[&lt;$&gt;] 52</w:t>
      </w:r>
    </w:p>
    <w:p>
      <w:r>
        <w:t>[&lt;br&gt;]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