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Reading comprehension</w:t>
      </w:r>
    </w:p>
    <w:p>
      <w:r>
        <w:rPr>
          <w:i/>
        </w:rPr>
        <w:t>Questions that share a passage go between [PASSAGE] and [END PASSAGE]. Inside the passage, do not start a line with a number.</w:t>
      </w:r>
    </w:p>
    <w:p>
      <w:r>
        <w:t>[PASSAGE] Mangrove forests</w:t>
      </w:r>
    </w:p>
    <w:p>
      <w:r>
        <w:t>Instructions: Read the passage and answer questions 1–3.</w:t>
      </w:r>
    </w:p>
    <w:p>
      <w:r>
        <w:t>Mangrove forests grow in tropical estuaries and along coastlines. Their dense roots weaken waves, trap sediment and reduce coastal erosion.</w:t>
      </w:r>
    </w:p>
    <w:p>
      <w:r>
        <w:t>Mangroves are also breeding grounds for many species of shrimp, fish and birds. However, their area has fallen sharply as land is converted to fish and shrimp farms.</w:t>
      </w:r>
    </w:p>
    <w:p>
      <w:r>
        <w:t>Question 1. According to the passage, where do mangrove forests usually grow?</w:t>
      </w:r>
    </w:p>
    <w:p>
      <w:r>
        <w:t>A. In high mountains</w:t>
      </w:r>
    </w:p>
    <w:p>
      <w:r>
        <w:t>*B. In estuaries and along coastlines</w:t>
      </w:r>
    </w:p>
    <w:p>
      <w:r>
        <w:t>C. On plateaus</w:t>
      </w:r>
    </w:p>
    <w:p>
      <w:r>
        <w:t>D. On inland plains</w:t>
      </w:r>
    </w:p>
    <w:p>
      <w:r>
        <w:t>Question 2. Mangrove roots help reduce coastal erosion.</w:t>
      </w:r>
    </w:p>
    <w:p>
      <w:r>
        <w:t>A. True</w:t>
      </w:r>
    </w:p>
    <w:p>
      <w:r>
        <w:t>B. False</w:t>
      </w:r>
    </w:p>
    <w:p>
      <w:r>
        <w:t>C. Not Given</w:t>
      </w:r>
    </w:p>
    <w:p>
      <w:r>
        <w:t>Answer: A</w:t>
      </w:r>
    </w:p>
    <w:p>
      <w:r>
        <w:t>Question 3. What is the main cause of mangrove loss mentioned in the passage?</w:t>
      </w:r>
    </w:p>
    <w:p>
      <w:r>
        <w:t>A. Forest fires</w:t>
      </w:r>
    </w:p>
    <w:p>
      <w:r>
        <w:t>B. Climate change</w:t>
      </w:r>
    </w:p>
    <w:p>
      <w:r>
        <w:t>*C. Conversion to fish and shrimp farms</w:t>
      </w:r>
    </w:p>
    <w:p>
      <w:r>
        <w:t>D. Logging</w:t>
      </w:r>
    </w:p>
    <w:p>
      <w:r>
        <w:t>[END PASSAGE]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