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End-of-term test (3 parts)</w:t>
      </w:r>
    </w:p>
    <w:p>
      <w:r>
        <w:rPr>
          <w:i/>
        </w:rPr>
        <w:t>Three parts: multiple choice, true/false and short answer. Add questions to reach the real test length; each true/false statement is its own question.</w:t>
      </w:r>
    </w:p>
    <w:p>
      <w:r>
        <w:t>[PART I: MULTIPLE CHOICE]</w:t>
      </w:r>
    </w:p>
    <w:p>
      <w:r>
        <w:t>Question 1. The solutions of x² − 4 = 0 are:</w:t>
      </w:r>
    </w:p>
    <w:p>
      <w:r>
        <w:t>A. {2}</w:t>
      </w:r>
    </w:p>
    <w:p>
      <w:r>
        <w:t>B. {−2}</w:t>
      </w:r>
    </w:p>
    <w:p>
      <w:r>
        <w:t>*C. {−2, 2}</w:t>
      </w:r>
    </w:p>
    <w:p>
      <w:r>
        <w:t>D. {4}</w:t>
      </w:r>
    </w:p>
    <w:p>
      <w:r>
        <w:t>Question 2. The function y = 2x + 1 is increasing on:</w:t>
      </w:r>
    </w:p>
    <w:p>
      <w:r>
        <w:t>*A. ℝ</w:t>
      </w:r>
    </w:p>
    <w:p>
      <w:r>
        <w:t>B. (0, +∞)</w:t>
      </w:r>
    </w:p>
    <w:p>
      <w:r>
        <w:t>C. (−∞, 0)</w:t>
      </w:r>
    </w:p>
    <w:p>
      <w:r>
        <w:t>D. (−1, 1)</w:t>
      </w:r>
    </w:p>
    <w:p>
      <w:r>
        <w:t>Question 3. sin 30° equals:</w:t>
      </w:r>
    </w:p>
    <w:p>
      <w:r>
        <w:t>A. √3/2</w:t>
      </w:r>
    </w:p>
    <w:p>
      <w:r>
        <w:t>*B. 1/2</w:t>
      </w:r>
    </w:p>
    <w:p>
      <w:r>
        <w:t>C. √2/2</w:t>
      </w:r>
    </w:p>
    <w:p>
      <w:r>
        <w:t>D. 1</w:t>
      </w:r>
    </w:p>
    <w:p>
      <w:r>
        <w:t>[PART II: TRUE/FALSE]</w:t>
      </w:r>
    </w:p>
    <w:p>
      <w:r>
        <w:t>Question 4. For y = x², the graph passes through the origin.</w:t>
      </w:r>
    </w:p>
    <w:p>
      <w:r>
        <w:t>A. True</w:t>
      </w:r>
    </w:p>
    <w:p>
      <w:r>
        <w:t>B. False</w:t>
      </w:r>
    </w:p>
    <w:p>
      <w:r>
        <w:t>Answer: A</w:t>
      </w:r>
    </w:p>
    <w:p>
      <w:r>
        <w:t>Question 5. For y = x², the function is increasing on ℝ.</w:t>
      </w:r>
    </w:p>
    <w:p>
      <w:r>
        <w:t>A. True</w:t>
      </w:r>
    </w:p>
    <w:p>
      <w:r>
        <w:t>B. False</w:t>
      </w:r>
    </w:p>
    <w:p>
      <w:r>
        <w:t>Answer: B</w:t>
      </w:r>
    </w:p>
    <w:p>
      <w:r>
        <w:t>Question 6. For y = x², the minimum value of the function is 0.</w:t>
      </w:r>
    </w:p>
    <w:p>
      <w:r>
        <w:t>A. True</w:t>
      </w:r>
    </w:p>
    <w:p>
      <w:r>
        <w:t>B. False</w:t>
      </w:r>
    </w:p>
    <w:p>
      <w:r>
        <w:t>Answer: A</w:t>
      </w:r>
    </w:p>
    <w:p>
      <w:r>
        <w:t>[PART III: SHORT ANSWER]</w:t>
      </w:r>
    </w:p>
    <w:p>
      <w:r>
        <w:t>Question 7. The value of 2⁵ − 7 is [[25]].</w:t>
      </w:r>
    </w:p>
    <w:p>
      <w:r>
        <w:t>Question 8. A right triangle has legs of 6 cm and 8 cm. The hypotenuse (cm) is [[10]].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