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Short answer</w:t>
      </w:r>
    </w:p>
    <w:p>
      <w:r>
        <w:rPr>
          <w:i/>
        </w:rPr>
        <w:t>Put the answer in [[ ]]; use | between accepted spellings.</w:t>
      </w:r>
    </w:p>
    <w:p>
      <w:r>
        <w:t>Question 1. The capital of Japan is [[Tokyo]].</w:t>
      </w:r>
    </w:p>
    <w:p/>
    <w:p>
      <w:r>
        <w:t>Question 2. 15 + 27 = [[42]].</w:t>
      </w:r>
    </w:p>
    <w:p/>
    <w:p>
      <w:r>
        <w:t>Question 3. The gas that makes up about 21% of air is [[oxygen|O2]].</w:t>
      </w:r>
    </w:p>
    <w:p/>
    <w:p>
      <w:r>
        <w:t>Question 4. "Romeo and Juliet" was written by [[William Shakespeare|Shakespeare]].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