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Đề thi: Đề mẫu nhập từ Word</w:t>
      </w:r>
    </w:p>
    <w:p>
      <w:r>
        <w:t>Câu 1. Thủ đô của Việt Nam là thành phố nào?</w:t>
      </w:r>
    </w:p>
    <w:p>
      <w:r>
        <w:t>A. Huế</w:t>
      </w:r>
    </w:p>
    <w:p>
      <w:r>
        <w:t>B. Hà Nội</w:t>
      </w:r>
    </w:p>
    <w:p>
      <w:r>
        <w:t>C. Đà Nẵng</w:t>
      </w:r>
    </w:p>
    <w:p>
      <w:r>
        <w:t>D. Cần Thơ</w:t>
      </w:r>
    </w:p>
    <w:p>
      <w:r>
        <w:t>Đáp án: B</w:t>
      </w:r>
    </w:p>
    <w:p/>
    <w:p>
      <w:r>
        <w:t>Câu 2. Sông nào dài nhất Việt Nam?</w:t>
      </w:r>
    </w:p>
    <w:p>
      <w:r>
        <w:t>A. Sông Hồng</w:t>
      </w:r>
    </w:p>
    <w:p>
      <w:r>
        <w:t>*B. Sông Đồng Nai</w:t>
      </w:r>
    </w:p>
    <w:p>
      <w:r>
        <w:t>C. Sông Mã</w:t>
      </w:r>
    </w:p>
    <w:p>
      <w:r>
        <w:t>D. Sông Cả</w:t>
      </w:r>
    </w:p>
    <w:p/>
    <w:p>
      <w:r>
        <w:t>Câu 3. 2 + 3 = ?</w:t>
      </w:r>
    </w:p>
    <w:p>
      <w:r>
        <w:t>A. 4</w:t>
      </w:r>
    </w:p>
    <w:p>
      <w:r>
        <w:rPr>
          <w:color w:val="FF0000"/>
        </w:rPr>
        <w:t>B. 5</w:t>
      </w:r>
    </w:p>
    <w:p>
      <w:r>
        <w:t>C. 6</w:t>
      </w:r>
    </w:p>
    <w:p>
      <w:r>
        <w:t>D. 7</w:t>
      </w:r>
    </w:p>
    <w:p/>
    <w:p>
      <w:r>
        <w:t>Câu 4. Những số nào là số nguyên tố?</w:t>
      </w:r>
    </w:p>
    <w:p>
      <w:r>
        <w:t>A. 2</w:t>
      </w:r>
    </w:p>
    <w:p>
      <w:r>
        <w:t>B. 4</w:t>
      </w:r>
    </w:p>
    <w:p>
      <w:r>
        <w:t>C. 7</w:t>
      </w:r>
    </w:p>
    <w:p>
      <w:r>
        <w:t>D. 9</w:t>
      </w:r>
    </w:p>
    <w:p>
      <w:r>
        <w:t>Đáp án: A, C</w:t>
      </w:r>
    </w:p>
    <w:p/>
    <w:p>
      <w:r>
        <w:t>Câu 5. Trái Đất quay quanh Mặt Trời.</w:t>
      </w:r>
    </w:p>
    <w:p>
      <w:r>
        <w:t>A. Đúng</w:t>
      </w:r>
    </w:p>
    <w:p>
      <w:r>
        <w:t>B. Sai</w:t>
      </w:r>
    </w:p>
    <w:p>
      <w:r>
        <w:t>Đáp án: A</w:t>
      </w:r>
    </w:p>
    <w:p/>
    <w:p>
      <w:r>
        <w:t>Câu 6. Thủ đô của Nhật Bản là [[Tokyo|Tô-ky-ô]].</w:t>
      </w:r>
    </w:p>
    <w:p/>
    <w:p>
      <w:r>
        <w:t>Câu 7. Nước sôi ở bao nhiêu độ C (ở áp suất thường)?</w:t>
      </w:r>
    </w:p>
    <w:p>
      <w:r>
        <w:t>A. 90</w:t>
      </w:r>
    </w:p>
    <w:p>
      <w:r>
        <w:t>B. 100</w:t>
      </w:r>
    </w:p>
    <w:p>
      <w:r>
        <w:t>C. 110</w:t>
      </w:r>
    </w:p>
    <w:p>
      <w:r>
        <w:t>D. 120</w:t>
      </w:r>
    </w:p>
    <w:p>
      <w:r>
        <w:t>Đáp án: B</w:t>
      </w:r>
    </w:p>
    <w:p>
      <w:r>
        <w:t>Giải thích: Ở áp suất 1 atm, nước sôi ở 100 °C.</w:t>
      </w:r>
    </w:p>
    <w:p/>
    <w:p>
      <w:r>
        <w:t>[PHẦN 2: ĐỌC HIỂU]</w:t>
      </w:r>
    </w:p>
    <w:p>
      <w:r>
        <w:t>[ĐOẠN VĂN] Làm việc tại nhà</w:t>
      </w:r>
    </w:p>
    <w:p>
      <w:r>
        <w:t>Hướng dẫn: Đọc đoạn văn và trả lời câu 8–9.</w:t>
      </w:r>
    </w:p>
    <w:p>
      <w:r>
        <w:t>Hơn một nửa số nhân viên văn phòng cho biết họ làm việc hiệu quả hơn khi ở nhà. Thời gian đi lại tiết kiệm được là lợi ích lớn nhất.</w:t>
      </w:r>
    </w:p>
    <w:p>
      <w:r>
        <w:t>Câu 8. Theo đoạn văn, phần lớn nhân viên làm việc tại nhà thấy thế nào?</w:t>
      </w:r>
    </w:p>
    <w:p>
      <w:r>
        <w:t>A. Kém hiệu quả hơn</w:t>
      </w:r>
    </w:p>
    <w:p>
      <w:r>
        <w:t>*B. Hiệu quả hơn</w:t>
      </w:r>
    </w:p>
    <w:p>
      <w:r>
        <w:t>C. Không khác biệt</w:t>
      </w:r>
    </w:p>
    <w:p>
      <w:r>
        <w:t>D. Căng thẳng hơn</w:t>
      </w:r>
    </w:p>
    <w:p>
      <w:r>
        <w:t>Câu 9. Làm việc tại nhà giúp tiết kiệm thời gian đi lại.</w:t>
      </w:r>
    </w:p>
    <w:p>
      <w:r>
        <w:t>A. True</w:t>
      </w:r>
    </w:p>
    <w:p>
      <w:r>
        <w:t>B. False</w:t>
      </w:r>
    </w:p>
    <w:p>
      <w:r>
        <w:t>C. Not Given</w:t>
      </w:r>
    </w:p>
    <w:p>
      <w:r>
        <w:t>Đáp án: A</w:t>
      </w:r>
    </w:p>
    <w:p>
      <w:r>
        <w:t>[HẾT ĐOẠN VĂN]</w:t>
      </w:r>
    </w:p>
    <w:p>
      <w:r>
        <w:t>[ĐOẠN VĂN] Phiếu đăng ký (câu 10–11)</w:t>
      </w:r>
    </w:p>
    <w:p>
      <w:r>
        <w:t>Số từ tối đa: 2</w:t>
      </w:r>
    </w:p>
    <w:p>
      <w:r>
        <w:t>- Họ tên: Nguyễn [[An]]</w:t>
      </w:r>
    </w:p>
    <w:p>
      <w:r>
        <w:t>- Lớp: [[10A1|10 A1]]</w:t>
      </w:r>
    </w:p>
    <w:p>
      <w:r>
        <w:t>[HẾT ĐOẠN VĂN]</w:t>
      </w:r>
    </w:p>
    <w:p>
      <w:r>
        <w:t>Câu 12. Nối quốc gia với thủ đô: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Việt Nam</w:t>
            </w:r>
          </w:p>
        </w:tc>
        <w:tc>
          <w:tcPr>
            <w:tcW w:type="dxa" w:w="4320"/>
          </w:tcPr>
          <w:p>
            <w:r>
              <w:t>Hà Nội</w:t>
            </w:r>
          </w:p>
        </w:tc>
      </w:tr>
      <w:tr>
        <w:tc>
          <w:tcPr>
            <w:tcW w:type="dxa" w:w="4320"/>
          </w:tcPr>
          <w:p>
            <w:r>
              <w:t>Nhật Bản</w:t>
            </w:r>
          </w:p>
        </w:tc>
        <w:tc>
          <w:tcPr>
            <w:tcW w:type="dxa" w:w="4320"/>
          </w:tcPr>
          <w:p>
            <w:r>
              <w:t>Tokyo</w:t>
            </w:r>
          </w:p>
        </w:tc>
      </w:tr>
      <w:tr>
        <w:tc>
          <w:tcPr>
            <w:tcW w:type="dxa" w:w="4320"/>
          </w:tcPr>
          <w:p>
            <w:r>
              <w:t>Pháp</w:t>
            </w:r>
          </w:p>
        </w:tc>
        <w:tc>
          <w:tcPr>
            <w:tcW w:type="dxa" w:w="4320"/>
          </w:tcPr>
          <w:p>
            <w:r>
              <w:t>Paris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