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Đề có bảng đáp án cuối đề</w:t>
      </w:r>
    </w:p>
    <w:p>
      <w:r>
        <w:rPr>
          <w:i/>
        </w:rPr>
        <w:t>Đáp án ghi tập trung sau dòng "ĐÁP ÁN" ở cuối đề.</w:t>
      </w:r>
    </w:p>
    <w:p>
      <w:r>
        <w:t>Câu 1. Đơn vị đo cường độ dòng điện là gì?</w:t>
      </w:r>
    </w:p>
    <w:p>
      <w:r>
        <w:t>A. Vôn</w:t>
      </w:r>
    </w:p>
    <w:p>
      <w:r>
        <w:t>B. Ampe</w:t>
      </w:r>
    </w:p>
    <w:p>
      <w:r>
        <w:t>C. Ôm</w:t>
      </w:r>
    </w:p>
    <w:p>
      <w:r>
        <w:t>D. Oát</w:t>
      </w:r>
    </w:p>
    <w:p>
      <w:r>
        <w:t>Câu 2. Kim loại nào dẫn điện tốt nhất?</w:t>
      </w:r>
    </w:p>
    <w:p>
      <w:r>
        <w:t>A. Sắt</w:t>
      </w:r>
    </w:p>
    <w:p>
      <w:r>
        <w:t>B. Nhôm</w:t>
      </w:r>
    </w:p>
    <w:p>
      <w:r>
        <w:t>C. Bạc</w:t>
      </w:r>
    </w:p>
    <w:p>
      <w:r>
        <w:t>D. Chì</w:t>
      </w:r>
    </w:p>
    <w:p>
      <w:r>
        <w:t>Câu 3. Công thức hóa học của muối ăn là gì?</w:t>
      </w:r>
    </w:p>
    <w:p>
      <w:r>
        <w:t>A. NaCl</w:t>
      </w:r>
    </w:p>
    <w:p>
      <w:r>
        <w:t>B. KCl</w:t>
      </w:r>
    </w:p>
    <w:p>
      <w:r>
        <w:t>C. CaCO3</w:t>
      </w:r>
    </w:p>
    <w:p>
      <w:r>
        <w:t>D. H2O</w:t>
      </w:r>
    </w:p>
    <w:p>
      <w:r>
        <w:t>Câu 4. Âm thanh không truyền được trong môi trường nào?</w:t>
      </w:r>
    </w:p>
    <w:p>
      <w:r>
        <w:t>A. Nước</w:t>
      </w:r>
    </w:p>
    <w:p>
      <w:r>
        <w:t>B. Không khí</w:t>
      </w:r>
    </w:p>
    <w:p>
      <w:r>
        <w:t>C. Thép</w:t>
      </w:r>
    </w:p>
    <w:p>
      <w:r>
        <w:t>D. Chân không</w:t>
      </w:r>
    </w:p>
    <w:p/>
    <w:p>
      <w:r>
        <w:t>ĐÁP ÁN</w:t>
      </w:r>
    </w:p>
    <w:p>
      <w:r>
        <w:t>1.B 2.C 3.A 4.D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