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Đề kiểm tra cuối kỳ (3 phần)</w:t>
      </w:r>
    </w:p>
    <w:p>
      <w:r>
        <w:rPr>
          <w:i/>
        </w:rPr>
        <w:t>Cấu trúc ba phần theo CT GDPT 2018: trắc nghiệm nhiều lựa chọn, đúng/sai và trả lời ngắn. Thêm câu cho đủ số lượng của đề thật; mỗi ý đúng/sai là một câu riêng.</w:t>
      </w:r>
    </w:p>
    <w:p>
      <w:r>
        <w:t>[PHẦN I: TRẮC NGHIỆM NHIỀU LỰA CHỌN]</w:t>
      </w:r>
    </w:p>
    <w:p>
      <w:r>
        <w:t>Câu 1. Tập nghiệm của phương trình x² − 4 = 0 là:</w:t>
      </w:r>
    </w:p>
    <w:p>
      <w:r>
        <w:t>A. {2}</w:t>
      </w:r>
    </w:p>
    <w:p>
      <w:r>
        <w:t>B. {−2}</w:t>
      </w:r>
    </w:p>
    <w:p>
      <w:r>
        <w:t>*C. {−2; 2}</w:t>
      </w:r>
    </w:p>
    <w:p>
      <w:r>
        <w:t>D. {4}</w:t>
      </w:r>
    </w:p>
    <w:p>
      <w:r>
        <w:t>Câu 2. Hàm số y = 2x + 1 đồng biến trên:</w:t>
      </w:r>
    </w:p>
    <w:p>
      <w:r>
        <w:t>*A. ℝ</w:t>
      </w:r>
    </w:p>
    <w:p>
      <w:r>
        <w:t>B. (0; +∞)</w:t>
      </w:r>
    </w:p>
    <w:p>
      <w:r>
        <w:t>C. (−∞; 0)</w:t>
      </w:r>
    </w:p>
    <w:p>
      <w:r>
        <w:t>D. (−1; 1)</w:t>
      </w:r>
    </w:p>
    <w:p>
      <w:r>
        <w:t>Câu 3. Giá trị của sin 30° là:</w:t>
      </w:r>
    </w:p>
    <w:p>
      <w:r>
        <w:t>A. √3/2</w:t>
      </w:r>
    </w:p>
    <w:p>
      <w:r>
        <w:t>*B. 1/2</w:t>
      </w:r>
    </w:p>
    <w:p>
      <w:r>
        <w:t>C. √2/2</w:t>
      </w:r>
    </w:p>
    <w:p>
      <w:r>
        <w:t>D. 1</w:t>
      </w:r>
    </w:p>
    <w:p>
      <w:r>
        <w:t>[PHẦN II: ĐÚNG/SAI]</w:t>
      </w:r>
    </w:p>
    <w:p>
      <w:r>
        <w:t>Câu 4. Cho hàm số y = x². Đồ thị hàm số đi qua gốc tọa độ.</w:t>
      </w:r>
    </w:p>
    <w:p>
      <w:r>
        <w:t>A. Đúng</w:t>
      </w:r>
    </w:p>
    <w:p>
      <w:r>
        <w:t>B. Sai</w:t>
      </w:r>
    </w:p>
    <w:p>
      <w:r>
        <w:t>Đáp án: A</w:t>
      </w:r>
    </w:p>
    <w:p>
      <w:r>
        <w:t>Câu 5. Cho hàm số y = x². Hàm số đồng biến trên ℝ.</w:t>
      </w:r>
    </w:p>
    <w:p>
      <w:r>
        <w:t>A. Đúng</w:t>
      </w:r>
    </w:p>
    <w:p>
      <w:r>
        <w:t>B. Sai</w:t>
      </w:r>
    </w:p>
    <w:p>
      <w:r>
        <w:t>Đáp án: B</w:t>
      </w:r>
    </w:p>
    <w:p>
      <w:r>
        <w:t>Câu 6. Cho hàm số y = x². Giá trị nhỏ nhất của hàm số bằng 0.</w:t>
      </w:r>
    </w:p>
    <w:p>
      <w:r>
        <w:t>A. Đúng</w:t>
      </w:r>
    </w:p>
    <w:p>
      <w:r>
        <w:t>B. Sai</w:t>
      </w:r>
    </w:p>
    <w:p>
      <w:r>
        <w:t>Đáp án: A</w:t>
      </w:r>
    </w:p>
    <w:p>
      <w:r>
        <w:t>[PHẦN III: TRẢ LỜI NGẮN]</w:t>
      </w:r>
    </w:p>
    <w:p>
      <w:r>
        <w:t>Câu 7. Giá trị của biểu thức 2⁵ − 7 là [[25]].</w:t>
      </w:r>
    </w:p>
    <w:p>
      <w:r>
        <w:t>Câu 8. Một tam giác vuông có hai cạnh góc vuông 6 cm và 8 cm. Độ dài cạnh huyền (cm) là [[10]].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