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Kiểm tra 15 phút</w:t>
      </w:r>
    </w:p>
    <w:p>
      <w:r>
        <w:rPr>
          <w:i/>
        </w:rPr>
        <w:t>Mười câu trắc nghiệm và đúng/sai cho một bài kiểm tra nhanh trên lớp.</w:t>
      </w:r>
    </w:p>
    <w:p>
      <w:r>
        <w:t>Câu 1. Số nào là số chẵn?</w:t>
      </w:r>
    </w:p>
    <w:p>
      <w:r>
        <w:t>A. 7</w:t>
      </w:r>
    </w:p>
    <w:p>
      <w:r>
        <w:t>*B. 12</w:t>
      </w:r>
    </w:p>
    <w:p>
      <w:r>
        <w:t>C. 15</w:t>
      </w:r>
    </w:p>
    <w:p>
      <w:r>
        <w:t>D. 21</w:t>
      </w:r>
    </w:p>
    <w:p>
      <w:r>
        <w:t>Câu 2. 3/4 bằng bao nhiêu phần trăm?</w:t>
      </w:r>
    </w:p>
    <w:p>
      <w:r>
        <w:t>A. 34%</w:t>
      </w:r>
    </w:p>
    <w:p>
      <w:r>
        <w:t>B. 70%</w:t>
      </w:r>
    </w:p>
    <w:p>
      <w:r>
        <w:t>*C. 75%</w:t>
      </w:r>
    </w:p>
    <w:p>
      <w:r>
        <w:t>D. 80%</w:t>
      </w:r>
    </w:p>
    <w:p>
      <w:r>
        <w:t>Câu 3. Một tam giác có tổng ba góc bằng 180°.</w:t>
      </w:r>
    </w:p>
    <w:p>
      <w:r>
        <w:t>A. Đúng</w:t>
      </w:r>
    </w:p>
    <w:p>
      <w:r>
        <w:t>B. Sai</w:t>
      </w:r>
    </w:p>
    <w:p>
      <w:r>
        <w:t>Đáp án: A</w:t>
      </w:r>
    </w:p>
    <w:p>
      <w:r>
        <w:t>Câu 4. Chu vi hình vuông cạnh 5 cm là bao nhiêu?</w:t>
      </w:r>
    </w:p>
    <w:p>
      <w:r>
        <w:t>A. 10 cm</w:t>
      </w:r>
    </w:p>
    <w:p>
      <w:r>
        <w:t>*B. 20 cm</w:t>
      </w:r>
    </w:p>
    <w:p>
      <w:r>
        <w:t>C. 25 cm</w:t>
      </w:r>
    </w:p>
    <w:p>
      <w:r>
        <w:t>D. 30 cm</w:t>
      </w:r>
    </w:p>
    <w:p>
      <w:r>
        <w:t>Câu 5. Số 0 là số nguyên dương.</w:t>
      </w:r>
    </w:p>
    <w:p>
      <w:r>
        <w:t>A. Đúng</w:t>
      </w:r>
    </w:p>
    <w:p>
      <w:r>
        <w:t>B. Sai</w:t>
      </w:r>
    </w:p>
    <w:p>
      <w:r>
        <w:t>Đáp án: B</w:t>
      </w:r>
    </w:p>
    <w:p>
      <w:r>
        <w:t>Câu 6. Giá trị của 2³ là bao nhiêu?</w:t>
      </w:r>
    </w:p>
    <w:p>
      <w:r>
        <w:t>A. 6</w:t>
      </w:r>
    </w:p>
    <w:p>
      <w:r>
        <w:t>*B. 8</w:t>
      </w:r>
    </w:p>
    <w:p>
      <w:r>
        <w:t>C. 9</w:t>
      </w:r>
    </w:p>
    <w:p>
      <w:r>
        <w:t>D. 16</w:t>
      </w:r>
    </w:p>
    <w:p>
      <w:r>
        <w:t>Câu 7. Phân số nào bằng 1/2?</w:t>
      </w:r>
    </w:p>
    <w:p>
      <w:r>
        <w:t>*A. 3/6</w:t>
      </w:r>
    </w:p>
    <w:p>
      <w:r>
        <w:t>B. 2/3</w:t>
      </w:r>
    </w:p>
    <w:p>
      <w:r>
        <w:t>C. 3/4</w:t>
      </w:r>
    </w:p>
    <w:p>
      <w:r>
        <w:t>D. 4/6</w:t>
      </w:r>
    </w:p>
    <w:p>
      <w:r>
        <w:t>Câu 8. Mọi số chia hết cho 9 đều chia hết cho 3.</w:t>
      </w:r>
    </w:p>
    <w:p>
      <w:r>
        <w:t>A. Đúng</w:t>
      </w:r>
    </w:p>
    <w:p>
      <w:r>
        <w:t>B. Sai</w:t>
      </w:r>
    </w:p>
    <w:p>
      <w:r>
        <w:t>Đáp án: A</w:t>
      </w:r>
    </w:p>
    <w:p>
      <w:r>
        <w:t>Câu 9. Diện tích hình chữ nhật dài 6 m, rộng 4 m là bao nhiêu?</w:t>
      </w:r>
    </w:p>
    <w:p>
      <w:r>
        <w:t>A. 10 m²</w:t>
      </w:r>
    </w:p>
    <w:p>
      <w:r>
        <w:t>B. 20 m²</w:t>
      </w:r>
    </w:p>
    <w:p>
      <w:r>
        <w:t>*C. 24 m²</w:t>
      </w:r>
    </w:p>
    <w:p>
      <w:r>
        <w:t>D. 48 m²</w:t>
      </w:r>
    </w:p>
    <w:p>
      <w:r>
        <w:t>Câu 10. Số liền sau của 999 là 1 000.</w:t>
      </w:r>
    </w:p>
    <w:p>
      <w:r>
        <w:t>A. Đúng</w:t>
      </w:r>
    </w:p>
    <w:p>
      <w:r>
        <w:t>B. Sai</w:t>
      </w:r>
    </w:p>
    <w:p>
      <w:r>
        <w:t>Đáp án: 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