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[&lt;DE&gt;]: Thủ đô của Việt Nam là thành phố nào?</w:t>
      </w:r>
    </w:p>
    <w:p>
      <w:r>
        <w:t xml:space="preserve">[&lt;$&gt;] </w:t>
      </w:r>
      <w:r>
        <w:rPr>
          <w:color w:val="C00000"/>
        </w:rPr>
        <w:t>Hà Nội</w:t>
      </w:r>
    </w:p>
    <w:p>
      <w:r>
        <w:t>[&lt;$&gt;] Huế</w:t>
      </w:r>
    </w:p>
    <w:p>
      <w:r>
        <w:t>[&lt;$&gt;] Đà Nẵng</w:t>
      </w:r>
    </w:p>
    <w:p>
      <w:r>
        <w:t>[&lt;$&gt;] Cần Thơ</w:t>
      </w:r>
    </w:p>
    <w:p>
      <w:r>
        <w:t>[&lt;br&gt;]</w:t>
      </w:r>
    </w:p>
    <w:p>
      <w:r>
        <w:t>[&lt;TB&gt;]: Kết quả của phép tính 12 × 3 là bao nhiêu?</w:t>
      </w:r>
    </w:p>
    <w:p>
      <w:r>
        <w:t>[&lt;$&gt;] 32</w:t>
      </w:r>
    </w:p>
    <w:p>
      <w:r>
        <w:t xml:space="preserve">[&lt;$&gt;] </w:t>
      </w:r>
      <w:r>
        <w:rPr>
          <w:color w:val="C00000"/>
        </w:rPr>
        <w:t>36</w:t>
      </w:r>
    </w:p>
    <w:p>
      <w:r>
        <w:t>[&lt;$&gt;] 38</w:t>
      </w:r>
    </w:p>
    <w:p>
      <w:r>
        <w:t>[&lt;$&gt;] 42</w:t>
      </w:r>
    </w:p>
    <w:p>
      <w:r>
        <w:t>[&lt;br&gt;]</w:t>
      </w:r>
    </w:p>
    <w:p>
      <w:r>
        <w:t>[&lt;KH&gt;]: Số nào sau đây vừa chia hết cho 3 vừa chia hết cho 5?</w:t>
      </w:r>
    </w:p>
    <w:p>
      <w:r>
        <w:t>[&lt;$&gt;] 25</w:t>
      </w:r>
    </w:p>
    <w:p>
      <w:r>
        <w:t>[&lt;$&gt;] 33</w:t>
      </w:r>
    </w:p>
    <w:p>
      <w:r>
        <w:t xml:space="preserve">[&lt;$&gt;] </w:t>
      </w:r>
      <w:r>
        <w:rPr>
          <w:color w:val="C00000"/>
        </w:rPr>
        <w:t>45</w:t>
      </w:r>
    </w:p>
    <w:p>
      <w:r>
        <w:t>[&lt;$&gt;] 52</w:t>
      </w:r>
    </w:p>
    <w:p>
      <w:r>
        <w:t>[&lt;br&gt;]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