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Đề trắc nghiệm</w:t>
      </w:r>
    </w:p>
    <w:p>
      <w:r>
        <w:rPr>
          <w:i/>
        </w:rPr>
        <w:t>Mẫu câu một đáp án, nhiều đáp án và đúng/sai. Thay nội dung câu hỏi, giữ nguyên cách đánh số và đánh dấu đáp án.</w:t>
      </w:r>
    </w:p>
    <w:p>
      <w:r>
        <w:t>Câu 1. Thủ đô của Việt Nam là thành phố nào?</w:t>
      </w:r>
    </w:p>
    <w:p>
      <w:r>
        <w:t>A. Huế</w:t>
      </w:r>
    </w:p>
    <w:p>
      <w:r>
        <w:t>B. Hà Nội</w:t>
      </w:r>
    </w:p>
    <w:p>
      <w:r>
        <w:t>C. Đà Nẵng</w:t>
      </w:r>
    </w:p>
    <w:p>
      <w:r>
        <w:t>D. Cần Thơ</w:t>
      </w:r>
    </w:p>
    <w:p>
      <w:r>
        <w:t>Đáp án: B</w:t>
      </w:r>
    </w:p>
    <w:p/>
    <w:p>
      <w:r>
        <w:t>Câu 2. Hành tinh nào lớn nhất trong Hệ Mặt Trời?</w:t>
      </w:r>
    </w:p>
    <w:p>
      <w:r>
        <w:t>A. Trái Đất</w:t>
      </w:r>
    </w:p>
    <w:p>
      <w:r>
        <w:t>*B. Sao Mộc</w:t>
      </w:r>
    </w:p>
    <w:p>
      <w:r>
        <w:t>C. Sao Hỏa</w:t>
      </w:r>
    </w:p>
    <w:p>
      <w:r>
        <w:t>D. Sao Kim</w:t>
      </w:r>
    </w:p>
    <w:p/>
    <w:p>
      <w:r>
        <w:t>Câu 3. Kết quả của phép tính 12 × 3 là bao nhiêu?</w:t>
      </w:r>
    </w:p>
    <w:p>
      <w:r>
        <w:t>A. 32</w:t>
      </w:r>
    </w:p>
    <w:p>
      <w:r>
        <w:rPr>
          <w:color w:val="C00000"/>
        </w:rPr>
        <w:t>B. 36</w:t>
      </w:r>
    </w:p>
    <w:p>
      <w:r>
        <w:t>C. 38</w:t>
      </w:r>
    </w:p>
    <w:p>
      <w:r>
        <w:t>D. 42</w:t>
      </w:r>
    </w:p>
    <w:p/>
    <w:p>
      <w:r>
        <w:t>Câu 4. Những số nào sau đây là số nguyên tố?</w:t>
      </w:r>
    </w:p>
    <w:p>
      <w:r>
        <w:t>A. 2</w:t>
      </w:r>
    </w:p>
    <w:p>
      <w:r>
        <w:t>B. 9</w:t>
      </w:r>
    </w:p>
    <w:p>
      <w:r>
        <w:t>C. 11</w:t>
      </w:r>
    </w:p>
    <w:p>
      <w:r>
        <w:t>D. 15</w:t>
      </w:r>
    </w:p>
    <w:p>
      <w:r>
        <w:t>Đáp án: A, C</w:t>
      </w:r>
    </w:p>
    <w:p/>
    <w:p>
      <w:r>
        <w:t>Câu 5. Nước là hợp chất của hiđro và oxi.</w:t>
      </w:r>
    </w:p>
    <w:p>
      <w:r>
        <w:t>A. Đúng</w:t>
      </w:r>
    </w:p>
    <w:p>
      <w:r>
        <w:t>B. Sai</w:t>
      </w:r>
    </w:p>
    <w:p>
      <w:r>
        <w:t>Đáp án: A</w:t>
      </w:r>
    </w:p>
    <w:p/>
    <w:p>
      <w:r>
        <w:t>Câu 6. Ở áp suất 1 atm, nước sôi ở nhiệt độ nào?</w:t>
      </w:r>
    </w:p>
    <w:p>
      <w:r>
        <w:t>A. 90 °C</w:t>
      </w:r>
    </w:p>
    <w:p>
      <w:r>
        <w:t>B. 100 °C</w:t>
      </w:r>
    </w:p>
    <w:p>
      <w:r>
        <w:t>C. 110 °C</w:t>
      </w:r>
    </w:p>
    <w:p>
      <w:r>
        <w:t>D. 120 °C</w:t>
      </w:r>
    </w:p>
    <w:p>
      <w:r>
        <w:t>Đáp án: B</w:t>
      </w:r>
    </w:p>
    <w:p>
      <w:r>
        <w:t>Giải thích: Ở áp suất tiêu chuẩn, nhiệt độ sôi của nước là 100 °C.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