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sz w:val="30"/>
        </w:rPr>
        <w:t>VSTEP bậc 3–5: mẫu đủ 4 kỹ năng</w:t>
      </w:r>
    </w:p>
    <w:p>
      <w:r>
        <w:rPr>
          <w:i/>
        </w:rPr>
        <w:t>Đề thật có 35 câu nghe (3 phần), 40 câu đọc (4 bài), 2 bài viết (thư 120 từ, bài luận 250 từ) và 3 phần nói; thêm phần và câu theo cùng cách viết.</w:t>
      </w:r>
    </w:p>
    <w:p>
      <w:r>
        <w:t>[PHẦN 1: LISTENING]</w:t>
      </w:r>
    </w:p>
    <w:p>
      <w:r>
        <w:t>[BÀI NGHE] Part 1: Announcements</w:t>
      </w:r>
    </w:p>
    <w:p>
      <w:r>
        <w:t>Âm thanh: vstep-part-1.mp3</w:t>
      </w:r>
    </w:p>
    <w:p>
      <w:r>
        <w:t>Số lần nghe: 1</w:t>
      </w:r>
    </w:p>
    <w:p>
      <w:r>
        <w:t>Lời thoại:</w:t>
      </w:r>
    </w:p>
    <w:p>
      <w:r>
        <w:t>S1: Attention, please. The 9:15 train to Hai Phong will leave from platform 4 instead of platform 2.</w:t>
      </w:r>
    </w:p>
    <w:p>
      <w:r>
        <w:t>Câu 1. Where will the train to Hai Phong leave from?</w:t>
      </w:r>
    </w:p>
    <w:p>
      <w:r>
        <w:t>A. Platform 1</w:t>
      </w:r>
    </w:p>
    <w:p>
      <w:r>
        <w:t>B. Platform 2</w:t>
      </w:r>
    </w:p>
    <w:p>
      <w:r>
        <w:t>C. Platform 3</w:t>
      </w:r>
    </w:p>
    <w:p>
      <w:r>
        <w:t>*D. Platform 4</w:t>
      </w:r>
    </w:p>
    <w:p>
      <w:r>
        <w:t>[HẾT BÀI NGHE]</w:t>
      </w:r>
    </w:p>
    <w:p>
      <w:r>
        <w:t>[PHẦN 2: READING]</w:t>
      </w:r>
    </w:p>
    <w:p>
      <w:r>
        <w:t>[ĐOẠN VĂN] Passage 1: Working as a freelancer</w:t>
      </w:r>
    </w:p>
    <w:p>
      <w:r>
        <w:t>More and more young people in Viet Nam are choosing to work as freelancers. Many say that flexible hours allow them to study or care for their families. However, freelancers often have no health insurance and their income can change from month to month.</w:t>
      </w:r>
    </w:p>
    <w:p>
      <w:r>
        <w:t>Câu 2. Why do many young people choose freelance work?</w:t>
      </w:r>
    </w:p>
    <w:p>
      <w:r>
        <w:t>A. It pays more than office work</w:t>
      </w:r>
    </w:p>
    <w:p>
      <w:r>
        <w:t>*B. It gives them flexible hours</w:t>
      </w:r>
    </w:p>
    <w:p>
      <w:r>
        <w:t>C. It includes health insurance</w:t>
      </w:r>
    </w:p>
    <w:p>
      <w:r>
        <w:t>D. It is easy to find</w:t>
      </w:r>
    </w:p>
    <w:p>
      <w:r>
        <w:t>Câu 3. The word "income" in the passage is closest in meaning to</w:t>
      </w:r>
    </w:p>
    <w:p>
      <w:r>
        <w:t>A. work</w:t>
      </w:r>
    </w:p>
    <w:p>
      <w:r>
        <w:t>*B. earnings</w:t>
      </w:r>
    </w:p>
    <w:p>
      <w:r>
        <w:t>C. hours</w:t>
      </w:r>
    </w:p>
    <w:p>
      <w:r>
        <w:t>D. insurance</w:t>
      </w:r>
    </w:p>
    <w:p>
      <w:r>
        <w:t>[HẾT ĐOẠN VĂN]</w:t>
      </w:r>
    </w:p>
    <w:p>
      <w:r>
        <w:t>[PHẦN 3: WRITING]</w:t>
      </w:r>
    </w:p>
    <w:p>
      <w:r>
        <w:t>[VIẾT] Task 1: Email</w:t>
      </w:r>
    </w:p>
    <w:p>
      <w:r>
        <w:t>Số từ tối thiểu: 120</w:t>
      </w:r>
    </w:p>
    <w:p>
      <w:r>
        <w:t>Your friend Nam has invited you to his birthday party next Saturday, but you cannot come. Write an email to Nam. Thank him, explain why you cannot come and suggest another time to meet.</w:t>
      </w:r>
    </w:p>
    <w:p>
      <w:r>
        <w:t>[HẾT BÀI VIẾT]</w:t>
      </w:r>
    </w:p>
    <w:p>
      <w:r>
        <w:t>[VIẾT] Task 2: Essay</w:t>
      </w:r>
    </w:p>
    <w:p>
      <w:r>
        <w:t>Số từ tối thiểu: 250</w:t>
      </w:r>
    </w:p>
    <w:p>
      <w:r>
        <w:t>Many students now take online courses instead of attending classes in person. Discuss the advantages and disadvantages of online learning.</w:t>
      </w:r>
    </w:p>
    <w:p>
      <w:r>
        <w:t>[HẾT BÀI VIẾT]</w:t>
      </w:r>
    </w:p>
    <w:p>
      <w:r>
        <w:t>[PHẦN 4: SPEAKING]</w:t>
      </w:r>
    </w:p>
    <w:p>
      <w:r>
        <w:t>[NÓI] Part 1: Social interaction</w:t>
      </w:r>
    </w:p>
    <w:p>
      <w:r>
        <w:t>Thời gian nói: 180</w:t>
      </w:r>
    </w:p>
    <w:p>
      <w:r>
        <w:t>Câu 4. Let us talk about your hometown. What is your hometown famous for?</w:t>
      </w:r>
    </w:p>
    <w:p>
      <w:r>
        <w:t>Câu 5. Let us talk about free time. How do you usually relax after work or school?</w:t>
      </w:r>
    </w:p>
    <w:p>
      <w:r>
        <w:t>[HẾT BÀI NÓI]</w:t>
      </w:r>
    </w:p>
    <w:p>
      <w:r>
        <w:t>[NÓI] Part 2: Solution discussion</w:t>
      </w:r>
    </w:p>
    <w:p>
      <w:r>
        <w:t>Thời gian chuẩn bị: 60</w:t>
      </w:r>
    </w:p>
    <w:p>
      <w:r>
        <w:t>Thời gian nói: 120</w:t>
      </w:r>
    </w:p>
    <w:p>
      <w:r>
        <w:t>Your class is planning a weekend trip. Three options are suggested: a trip to the beach, a visit to a craft village or a camping trip in the mountains. Which option do you think is the best? Explain why.</w:t>
      </w:r>
    </w:p>
    <w:p>
      <w:r>
        <w:t>[HẾT BÀI NÓI]</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6"/>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