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Quiz: Word import sample</w:t>
      </w:r>
    </w:p>
    <w:p>
      <w:r>
        <w:t>Question 1. What is the capital of France?</w:t>
      </w:r>
    </w:p>
    <w:p>
      <w:r>
        <w:t>A. Lyon</w:t>
      </w:r>
    </w:p>
    <w:p>
      <w:r>
        <w:t>B. Paris</w:t>
      </w:r>
    </w:p>
    <w:p>
      <w:r>
        <w:t>C. Nice</w:t>
      </w:r>
    </w:p>
    <w:p>
      <w:r>
        <w:t>D. Lille</w:t>
      </w:r>
    </w:p>
    <w:p>
      <w:r>
        <w:t>Answer: B</w:t>
      </w:r>
    </w:p>
    <w:p/>
    <w:p>
      <w:r>
        <w:t>Question 2. Which planet is the largest?</w:t>
      </w:r>
    </w:p>
    <w:p>
      <w:r>
        <w:t>A. Earth</w:t>
      </w:r>
    </w:p>
    <w:p>
      <w:r>
        <w:t>*B. Jupiter</w:t>
      </w:r>
    </w:p>
    <w:p>
      <w:r>
        <w:t>C. Mars</w:t>
      </w:r>
    </w:p>
    <w:p>
      <w:r>
        <w:t>D. Venus</w:t>
      </w:r>
    </w:p>
    <w:p/>
    <w:p>
      <w:r>
        <w:t>Question 3. 2 + 3 = ?</w:t>
      </w:r>
    </w:p>
    <w:p>
      <w:r>
        <w:t>A. 4</w:t>
      </w:r>
    </w:p>
    <w:p>
      <w:r>
        <w:rPr>
          <w:color w:val="FF0000"/>
        </w:rPr>
        <w:t>B. 5</w:t>
      </w:r>
    </w:p>
    <w:p>
      <w:r>
        <w:t>C. 6</w:t>
      </w:r>
    </w:p>
    <w:p>
      <w:r>
        <w:t>D. 7</w:t>
      </w:r>
    </w:p>
    <w:p/>
    <w:p>
      <w:r>
        <w:t>Question 4. Which numbers are prime?</w:t>
      </w:r>
    </w:p>
    <w:p>
      <w:r>
        <w:t>A. 2</w:t>
      </w:r>
    </w:p>
    <w:p>
      <w:r>
        <w:t>B. 4</w:t>
      </w:r>
    </w:p>
    <w:p>
      <w:r>
        <w:t>C. 7</w:t>
      </w:r>
    </w:p>
    <w:p>
      <w:r>
        <w:t>D. 9</w:t>
      </w:r>
    </w:p>
    <w:p>
      <w:r>
        <w:t>Answer: A, C</w:t>
      </w:r>
    </w:p>
    <w:p/>
    <w:p>
      <w:r>
        <w:t>Question 5. The Earth orbits the Sun.</w:t>
      </w:r>
    </w:p>
    <w:p>
      <w:r>
        <w:t>A. True</w:t>
      </w:r>
    </w:p>
    <w:p>
      <w:r>
        <w:t>B. False</w:t>
      </w:r>
    </w:p>
    <w:p>
      <w:r>
        <w:t>Answer: A</w:t>
      </w:r>
    </w:p>
    <w:p/>
    <w:p>
      <w:r>
        <w:t>Question 6. The capital of Japan is [[Tokyo]].</w:t>
      </w:r>
    </w:p>
    <w:p/>
    <w:p>
      <w:r>
        <w:t>Question 7. At what temperature does water boil at sea level (°C)?</w:t>
      </w:r>
    </w:p>
    <w:p>
      <w:r>
        <w:t>A. 90</w:t>
      </w:r>
    </w:p>
    <w:p>
      <w:r>
        <w:t>B. 100</w:t>
      </w:r>
    </w:p>
    <w:p>
      <w:r>
        <w:t>C. 110</w:t>
      </w:r>
    </w:p>
    <w:p>
      <w:r>
        <w:t>D. 120</w:t>
      </w:r>
    </w:p>
    <w:p>
      <w:r>
        <w:t>Answer: B</w:t>
      </w:r>
    </w:p>
    <w:p>
      <w:r>
        <w:t>Explanation: At 1 atm, water boils at 100 °C.</w:t>
      </w:r>
    </w:p>
    <w:p/>
    <w:p>
      <w:r>
        <w:t>[PART 2: READING]</w:t>
      </w:r>
    </w:p>
    <w:p>
      <w:r>
        <w:t>[PASSAGE] Working from home</w:t>
      </w:r>
    </w:p>
    <w:p>
      <w:r>
        <w:t>Instructions: Read the passage and answer questions 8–9.</w:t>
      </w:r>
    </w:p>
    <w:p>
      <w:r>
        <w:t>More than half of office workers say they are more productive at home. Saved commuting time is the biggest benefit.</w:t>
      </w:r>
    </w:p>
    <w:p>
      <w:r>
        <w:t>Question 8. According to the passage, most people working from home feel…</w:t>
      </w:r>
    </w:p>
    <w:p>
      <w:r>
        <w:t>A. less productive</w:t>
      </w:r>
    </w:p>
    <w:p>
      <w:r>
        <w:t>*B. more productive</w:t>
      </w:r>
    </w:p>
    <w:p>
      <w:r>
        <w:t>C. no different</w:t>
      </w:r>
    </w:p>
    <w:p>
      <w:r>
        <w:t>D. more stressed</w:t>
      </w:r>
    </w:p>
    <w:p>
      <w:r>
        <w:t>Question 9. Working from home saves commuting time.</w:t>
      </w:r>
    </w:p>
    <w:p>
      <w:r>
        <w:t>A. True</w:t>
      </w:r>
    </w:p>
    <w:p>
      <w:r>
        <w:t>B. False</w:t>
      </w:r>
    </w:p>
    <w:p>
      <w:r>
        <w:t>C. Not Given</w:t>
      </w:r>
    </w:p>
    <w:p>
      <w:r>
        <w:t>Answer: A</w:t>
      </w:r>
    </w:p>
    <w:p>
      <w:r>
        <w:t>[END PASSAGE]</w:t>
      </w:r>
    </w:p>
    <w:p>
      <w:r>
        <w:t>[PASSAGE] Registration form (questions 10–11)</w:t>
      </w:r>
    </w:p>
    <w:p>
      <w:r>
        <w:t>Max words: 2</w:t>
      </w:r>
    </w:p>
    <w:p>
      <w:r>
        <w:t>- Name: Sadie [[Jones]]</w:t>
      </w:r>
    </w:p>
    <w:p>
      <w:r>
        <w:t>- Class: [[10A1|10 A1]]</w:t>
      </w:r>
    </w:p>
    <w:p>
      <w:r>
        <w:t>[END PASSAGE]</w:t>
      </w:r>
    </w:p>
    <w:p>
      <w:r>
        <w:t>Question 12. Match each country with its capital: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Vietnam</w:t>
            </w:r>
          </w:p>
        </w:tc>
        <w:tc>
          <w:tcPr>
            <w:tcW w:type="dxa" w:w="4320"/>
          </w:tcPr>
          <w:p>
            <w:r>
              <w:t>Hanoi</w:t>
            </w:r>
          </w:p>
        </w:tc>
      </w:tr>
      <w:tr>
        <w:tc>
          <w:tcPr>
            <w:tcW w:type="dxa" w:w="4320"/>
          </w:tcPr>
          <w:p>
            <w:r>
              <w:t>Japan</w:t>
            </w:r>
          </w:p>
        </w:tc>
        <w:tc>
          <w:tcPr>
            <w:tcW w:type="dxa" w:w="4320"/>
          </w:tcPr>
          <w:p>
            <w:r>
              <w:t>Tokyo</w:t>
            </w:r>
          </w:p>
        </w:tc>
      </w:tr>
      <w:tr>
        <w:tc>
          <w:tcPr>
            <w:tcW w:type="dxa" w:w="4320"/>
          </w:tcPr>
          <w:p>
            <w:r>
              <w:t>France</w:t>
            </w:r>
          </w:p>
        </w:tc>
        <w:tc>
          <w:tcPr>
            <w:tcW w:type="dxa" w:w="4320"/>
          </w:tcPr>
          <w:p>
            <w:r>
              <w:t>Paris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